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בנושא משפחה ובית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פשוטים על המשפחה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חידון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עם אמא וסבתא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שש 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גרה עם אמא וסבתא, אבא עובד בעיר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בפירוש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השלמה מבנק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(האישה שהיא ההורה)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(הגבר שהוא ההורה)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(ילד מאותם הורים כמוני)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המשפט: אני גרה עם אמא שלי ועם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ועם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המשפחה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פשוטים בהווה, שימוש נכון במילים אמא/אבא/אח/אחות/בית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אמא וסבתא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מהרשימה: אמא, אבא, אח, אחות, סבא,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פעמיים לפני תחילת התרגול כדי לחזק הבנה שמיעתית.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מתרגיל ההתאמה לפני חידון ההבנה.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הסידור כדאי לתת רמז בעל פה למי שמתקשה בסדר המילים.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הקצר מספרת ילדה על המשפחה שלה: היא גרה עם אמא וסבתא, יש לה אח, ואבא שלה עובד בעיר אחרת. בדף נתרגל את המילים והמשפטים מהטקסט.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אח  ·  אמא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חידון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עם מי גרה הכותבת?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עם אמא וסבתא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עם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בן כמה האח?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שמונה עשרה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הכותבת גרה עם אבא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לה אח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השלמה מבנק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גרה עם __________ שלי ועם סבתא.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 לי __________ אחד, הוא בן שש עשרה.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הגבר שהוא ההורה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ילד מאותם הורים כמוני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האישה שהיא ההורה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המשפט: אני גרה עם אמא שלי ועם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ועם סבתא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על המשפחה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על המשפחה שלכם: מי גר איתכם בבית?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עם מי גרה הכותבת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שקשורה למשפחה.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משפחה ובית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