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בנושא משפחה 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עם אמא וסבתא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בעיר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שני חדרים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גרה עם אמא וסבתא, אבא עובד בעיר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עובד בעיר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 מבנק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(האישה שהיא ההורה)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(הגבר שהוא ההורה)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(ילד מאותם הורים כמוני)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(חדר שמבשלים בו אוכל)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המשפט: אני גרה עם אמא שלי ועם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עם אמא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ועם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בהווה, שימוש נכון במילים אמא/אבא/אח/אחות/בית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עם לפחות שתי מילות חפצים או ריהוט בחדר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אמא וסבתא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מהרשימה: אמא, אבא, אח, אחות, סבא,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פעמיים לפני תחילת התרגול כדי לחזק הבנה שמיעתית.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מתרגיל ההתאמה לפני חידון ההבנה.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הסידור כדאי לתת רמז בעל פה למי שמתקשה בסדר המילים.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טקסט קצר על ילדה ומשפחה שלה. נלמד מילים חדשות: אמא, אבא, אח, בית, חדר, מטבח.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אמא, אבא, ילדים -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האישה שהיא ההורה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הגבר שהוא ההורה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מאותם הורים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ילדה מאותם הורים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אמא או של אבא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שגרים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מטבח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חדר שמבשלים בו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גר ביחד עם הכותבת?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אמא וסבתא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אח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הגיל של האח?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היא עושה עם 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אבא עובד?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חדרי שינה יש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חדרים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חדרים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חדרים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גרה עם אבא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לה אח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 בן שש עשרה.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שלה עובד בבית.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אוהבת לבשל עם סבתא.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השלמה מבנק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גרה עם __________ שלי ועם סבתא.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__________ אחד, הוא בן שש עשרה.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שלי עובד בעיר אחרת.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שלנו יש מטבח, סלון ושני חדרים.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הגבר שהוא ההורה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 מאותם הורים כמוני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האישה שהיא ההורה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חדר שמבשלים בו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אמא של אמא או של אבא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המשפט: אני גרה עם אמא שלי ועם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ועם סבתא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אמא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המשפחה שלכם: מי גר איתכם 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בקצרה על חדר אחד בבית שלכם - מה יש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מי גרה הכותבת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למשפחה.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בעברית את המילה kitchen?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