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לעולים חדשים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משפחה ובית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מילים בסיסיות בנושא משפחה ובית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טקסט קצר על משפחה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לכתוב משפטים פשוטים על המשפחה שלי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חידון 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עם אמא וסבתא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שש עשרה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לבשל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בעיר אחרת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שני חדרים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היא גרה עם אמא וסבתא, אבא עובד בעיר אחרת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כתוב בטקסט בפירוש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כתוב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הוא עובד בעיר אחרת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כתוב בסוף הטקסט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השלמה מבנק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אמא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אבא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בבית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- מילה ופירוש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(האישה שהיא ההורה)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(הגבר שהוא ההורה)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(אמא של אמא או של אבא)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(ילד מאותם הורים כמוני)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(חדר שמבשלים בו אוכל)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המשפט: אני גרה עם אמא שלי ועם סבתא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עם אמא שלי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ועם סבתא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כותבים על המשפחה שלי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משפטים פשוטים בהווה, שימוש נכון במילים אמא/אבא/אח/אחות/בית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תיאור קצר עם לפחות שתי מילות חפצים או ריהוט בחדר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עם אמא וסבתא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מילה מהרשימה: אמא, אבא, אח, אחות, סבא, סבתא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מטבח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להשמיע את הטקסט פעמיים לפני תחילת התרגול כדי לחזק הבנה שמיעתית.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חדשים מומלץ להתחיל מתרגיל ההתאמה לפני חידון ההבנה.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בתרגיל הסידור כדאי לתת רמז בעל פה למי שמתקשה בסדר המילים.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לעולים חדשים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משפחה ובית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בטקסט הקצר מספרת ילדה על המשפחה שלה: היא גרה עם אמא וסבתא, יש לה אח, ואבא שלה עובד בעיר אחרת. בדף נתרגל את המילים והמשפטים מהטקסט.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חידון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עם מי גרה הכותבת?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עם אמא וסבתא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עם אבא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עם חברה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עם אח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בן כמה האח?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שש עשרה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שמונה עשרה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חמש עשרה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היא אוהבת לעשות עם סבתא?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לשחק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לבשל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לקרוא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לישון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איפה עובד אבא?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בעיר אחרת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בחנות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בבית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כמה חדרים יש בבית שלהם (לא כולל מטבח וסלון)?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חדר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שני חדרים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שלושה חדרים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ארבעה חדרים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הכותבת גרה עם אבא שלה.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יש לה אח אחד.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האח בן שש עשרה.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אבא שלה עובד בבית.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היא אוהבת לבשל עם סבתא.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השלמה מבנק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אני גרה עם __________ שלי ועם סבתא.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יש לי __________ אחד, הוא בן שש עשרה.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__________ שלי עובד בעיר אחרת.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__________ שלנו יש מטבח, סלון ושני חדרים.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- מילה ופירוש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אמא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הגבר שהוא ההורה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אבא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אמא של אמא או של אבא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סבתא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ילד מאותם הורים כמוני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חדר שמבשלים בו אוכל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מטבח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האישה שהיא ההורה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המשפט: אני גרה עם אמא שלי ועם סבתא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ועם סבתא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אני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גרה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עם אמא שלי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כותבים על המשפחה שלי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שלושה משפטים על המשפחה שלכם: מי גר איתכם בבית?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ספרו בקצרה על חדר אחד בבית שלכם - מה יש בו?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עם מי גרה הכותבת בטקסט?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מילה אחת שקשורה למשפחה.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איך אומרים בעברית את המילה kitchen?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משפחה ובית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